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22E3" w14:textId="77777777" w:rsidR="00D01EEB" w:rsidRDefault="00000000">
      <w:pPr>
        <w:pStyle w:val="Title"/>
        <w:spacing w:after="80"/>
      </w:pPr>
      <w:r>
        <w:rPr>
          <w:rFonts w:ascii="Cambria" w:hAnsi="Cambria"/>
          <w:sz w:val="50"/>
        </w:rPr>
        <w:t>Sebastian “seaboose” Marquez</w:t>
      </w:r>
    </w:p>
    <w:p w14:paraId="3C29323C" w14:textId="77777777" w:rsidR="00D01EEB" w:rsidRDefault="00000000">
      <w:pPr>
        <w:spacing w:after="40"/>
      </w:pPr>
      <w:r>
        <w:rPr>
          <w:color w:val="454D54"/>
          <w:sz w:val="21"/>
        </w:rPr>
        <w:t>sebastianmarquez.official@gmail.com</w:t>
      </w:r>
      <w:r>
        <w:rPr>
          <w:color w:val="454D54"/>
          <w:sz w:val="21"/>
        </w:rPr>
        <w:t xml:space="preserve">  |  </w:t>
      </w:r>
      <w:hyperlink r:id="rIdPortfolioLive">
        <w:r>
          <w:rPr>
            <w:sz w:val="21"/>
            <w:color w:val="28617A"/>
            <w:u w:val="single"/>
          </w:rPr>
          <w:t>seaboose.me</w:t>
        </w:r>
      </w:hyperlink>
    </w:p>
    <w:p w14:paraId="1379047C" w14:textId="77777777" w:rsidR="00D01EEB" w:rsidRDefault="00000000">
      <w:pPr>
        <w:spacing w:after="40"/>
      </w:pPr>
      <w:r>
        <w:t>Information Security master's student developing security workflow applications, with interests in detection, governance, and secure AI workflows.</w:t>
      </w:r>
    </w:p>
    <w:p w14:paraId="66BC2708" w14:textId="77777777" w:rsidR="00D01EEB" w:rsidRDefault="00000000">
      <w:pPr>
        <w:pStyle w:val="Heading1"/>
        <w:spacing w:before="140" w:after="80"/>
      </w:pPr>
      <w:r>
        <w:rPr>
          <w:rFonts w:ascii="Calibri" w:hAnsi="Calibri"/>
          <w:color w:val="285A70"/>
        </w:rPr>
        <w:t>Education</w:t>
      </w:r>
    </w:p>
    <w:p w14:paraId="5B3247DB" w14:textId="77777777" w:rsidR="00D01EEB" w:rsidRDefault="00000000">
      <w:pPr>
        <w:keepNext/>
        <w:spacing w:after="40"/>
      </w:pPr>
      <w:r>
        <w:rPr>
          <w:b/>
        </w:rPr>
        <w:t>California State Polytechnic University, Pomona</w:t>
      </w:r>
    </w:p>
    <w:p w14:paraId="32FB7BB8" w14:textId="77777777" w:rsidR="00D01EEB" w:rsidRDefault="00000000">
      <w:pPr>
        <w:spacing w:after="40"/>
      </w:pPr>
      <w:r>
        <w:t>Master of Science in Information Security | Expected May 2028</w:t>
      </w:r>
    </w:p>
    <w:p w14:paraId="F1A6B0E1" w14:textId="77777777" w:rsidR="00D01EEB" w:rsidRDefault="00000000">
      <w:pPr>
        <w:spacing w:after="40"/>
      </w:pPr>
      <w:r>
        <w:t>Coursework in progress: Fundamentals of IT Auditing; Managing Software Defined Networks.</w:t>
      </w:r>
    </w:p>
    <w:p w14:paraId="74C60F8B" w14:textId="77777777" w:rsidR="00D01EEB" w:rsidRDefault="00000000">
      <w:pPr>
        <w:spacing w:after="40"/>
      </w:pPr>
      <w:r>
        <w:t>Bachelor of Business, Computer Information Systems | June 2023</w:t>
      </w:r>
    </w:p>
    <w:p w14:paraId="6D4F2F32" w14:textId="77777777" w:rsidR="00D01EEB" w:rsidRDefault="00000000">
      <w:pPr>
        <w:spacing w:after="40"/>
      </w:pPr>
      <w:r>
        <w:t>Minor: Cyber Security | Undergraduate GPA: 3.31 | Dean's List: 2020, 2021</w:t>
      </w:r>
    </w:p>
    <w:p w14:paraId="080EFC36" w14:textId="77777777" w:rsidR="00D01EEB" w:rsidRDefault="00000000">
      <w:pPr>
        <w:pStyle w:val="Heading1"/>
        <w:spacing w:before="140" w:after="80"/>
      </w:pPr>
      <w:r>
        <w:rPr>
          <w:rFonts w:ascii="Calibri" w:hAnsi="Calibri"/>
          <w:color w:val="285A70"/>
        </w:rPr>
        <w:t>Technical Projects</w:t>
      </w:r>
    </w:p>
    <w:p w14:paraId="41EE664E" w14:textId="77777777" w:rsidR="00D01EEB" w:rsidRDefault="00000000">
      <w:pPr>
        <w:keepNext/>
        <w:spacing w:after="40"/>
      </w:pPr>
      <w:r>
        <w:rPr>
          <w:b/>
        </w:rPr>
        <w:t>Surge — Security Workflow Application | Ongoing</w:t>
      </w:r>
    </w:p>
    <w:p w14:paraId="75019E85" w14:textId="77777777" w:rsidR="00D01EEB" w:rsidRDefault="00000000">
      <w:pPr>
        <w:keepNext w:val="1"/>
        <w:spacing w:after="40"/>
      </w:pPr>
      <w:r>
        <w:rPr>
          <w:color w:val="454D54"/>
          <w:sz w:val="20"/>
        </w:rPr>
        <w:t xml:space="preserve">C++, Python, Unreal Engine, Electron/React  |  </w:t>
      </w:r>
      <w:hyperlink r:id="rId8" w:history="1">
        <w:r>
          <w:rPr>
            <w:sz w:val="20"/>
            <w:color w:val="285A70"/>
            <w:u w:val="single"/>
          </w:rPr>
          <w:t>github.com/seaboose/Surge</w:t>
        </w:r>
      </w:hyperlink>
    </w:p>
    <w:p w14:paraId="5A2B483B" w14:textId="77777777" w:rsidR="00D01EEB" w:rsidRDefault="00000000">
      <w:pPr>
        <w:pStyle w:val="ListBullet"/>
        <w:spacing w:after="50"/>
        <w:ind w:left="216" w:hanging="216"/>
      </w:pPr>
      <w:r>
        <w:t>Built and released a Windows security workflow app connecting Unreal gameplay telemetry, rule findings, synchronized replay, and evidence-linked reports.</w:t>
      </w:r>
    </w:p>
    <w:p w14:paraId="00DF3D19" w14:textId="77777777" w:rsidR="00D01EEB" w:rsidRDefault="00000000">
      <w:pPr>
        <w:pStyle w:val="ListBullet"/>
        <w:spacing w:after="50"/>
        <w:ind w:left="216" w:hanging="216"/>
      </w:pPr>
      <w:r>
        <w:t>Added human, scripted, and mixed-input study modes to investigate detection limits; kept incomplete recordings marked Unknown.</w:t>
      </w:r>
    </w:p>
    <w:p w14:paraId="FAFF84F5" w14:textId="77777777" w:rsidR="00D01EEB" w:rsidRDefault="00000000">
      <w:pPr>
        <w:pStyle w:val="ListBullet"/>
        <w:spacing w:after="50"/>
        <w:ind w:left="216" w:hanging="216"/>
      </w:pPr>
      <w:r>
        <w:t>Implemented bounded imports and allowlisted IPC; validated gameplay-to-report and reopening in a fresh Windows 11 VM without development tools.</w:t>
      </w:r>
    </w:p>
    <w:p w14:paraId="0D246362" w14:textId="77777777" w:rsidR="00D01EEB" w:rsidRDefault="00000000">
      <w:pPr>
        <w:keepNext/>
        <w:spacing w:after="40"/>
      </w:pPr>
      <w:r>
        <w:rPr>
          <w:b/>
        </w:rPr>
        <w:t>StudyStep — Local AI Study Workflow | Ongoing</w:t>
      </w:r>
    </w:p>
    <w:p w14:paraId="5D833E3E" w14:textId="77777777" w:rsidR="00D01EEB" w:rsidRDefault="00000000">
      <w:pPr>
        <w:keepNext w:val="1"/>
        <w:spacing w:after="40"/>
      </w:pPr>
      <w:r>
        <w:rPr>
          <w:color w:val="454D54"/>
          <w:sz w:val="20"/>
        </w:rPr>
        <w:t xml:space="preserve">TypeScript, React, Node.js, Electron, Ollama  |  </w:t>
      </w:r>
      <w:hyperlink r:id="rId9" w:history="1">
        <w:r>
          <w:rPr>
            <w:sz w:val="20"/>
            <w:color w:val="285A70"/>
            <w:u w:val="single"/>
          </w:rPr>
          <w:t>github.com/seaboose/StudyStep</w:t>
        </w:r>
      </w:hyperlink>
    </w:p>
    <w:p w14:paraId="6C0EECBA" w14:textId="77777777" w:rsidR="00D01EEB" w:rsidRDefault="00000000">
      <w:pPr>
        <w:pStyle w:val="ListBullet"/>
        <w:spacing w:after="50"/>
        <w:ind w:left="216" w:hanging="216"/>
      </w:pPr>
      <w:r>
        <w:t>Released a desktop study app that imports notes and supports source-linked practice through an optional local Ollama workflow.</w:t>
      </w:r>
    </w:p>
    <w:p w14:paraId="4EC9643C" w14:textId="77777777" w:rsidR="00D01EEB" w:rsidRDefault="00000000">
      <w:pPr>
        <w:pStyle w:val="ListBullet"/>
        <w:spacing w:after="50"/>
        <w:ind w:left="216" w:hanging="216"/>
      </w:pPr>
      <w:r>
        <w:t>Orchestrated generation, source checks, model review, and at most one revision; required user approval before replacing saved material.</w:t>
      </w:r>
    </w:p>
    <w:p w14:paraId="3B30B182" w14:textId="77777777" w:rsidR="00D01EEB" w:rsidRDefault="00000000">
      <w:pPr>
        <w:pStyle w:val="ListBullet"/>
        <w:spacing w:after="50"/>
        <w:ind w:left="216" w:hanging="216"/>
      </w:pPr>
      <w:r>
        <w:t>Implemented draft recovery and revision-conflict checks; verified imports, practice, and restart persistence with Windows/Linux CI and packaged Windows desktop tests.</w:t>
      </w:r>
    </w:p>
    <w:p w14:paraId="529EBD3E" w14:textId="77777777" w:rsidR="00D01EEB" w:rsidRDefault="00000000">
      <w:pPr>
        <w:pStyle w:val="Heading1"/>
        <w:spacing w:before="140" w:after="80"/>
      </w:pPr>
      <w:r>
        <w:rPr>
          <w:rFonts w:ascii="Calibri" w:hAnsi="Calibri"/>
          <w:color w:val="285A70"/>
        </w:rPr>
        <w:t>Work Experience</w:t>
      </w:r>
    </w:p>
    <w:p w14:paraId="2ECEE7AA" w14:textId="77777777" w:rsidR="00D01EEB" w:rsidRDefault="00000000">
      <w:pPr>
        <w:keepNext/>
        <w:spacing w:after="40"/>
      </w:pPr>
      <w:r>
        <w:rPr>
          <w:b/>
        </w:rPr>
        <w:t>Knott's Berry Farm | Buena Park, CA</w:t>
      </w:r>
    </w:p>
    <w:p w14:paraId="529A2D10" w14:textId="77777777" w:rsidR="00D01EEB" w:rsidRDefault="00000000">
      <w:pPr>
        <w:keepNext/>
        <w:spacing w:after="40"/>
      </w:pPr>
      <w:r>
        <w:rPr>
          <w:color w:val="454D54"/>
        </w:rPr>
        <w:t>Security Officer | June 2019 - July 2021</w:t>
      </w:r>
    </w:p>
    <w:p w14:paraId="3471AD38" w14:textId="77777777" w:rsidR="00D01EEB" w:rsidRDefault="00000000">
      <w:pPr>
        <w:pStyle w:val="ListBullet"/>
        <w:spacing w:after="50"/>
        <w:ind w:left="216" w:hanging="216"/>
      </w:pPr>
      <w:r>
        <w:t>Recorded facts and witness accounts in incident reports; escalated safety concerns to supervisors.</w:t>
      </w:r>
    </w:p>
    <w:p w14:paraId="75F0DD96" w14:textId="77777777" w:rsidR="00D01EEB" w:rsidRDefault="00000000">
      <w:pPr>
        <w:pStyle w:val="ListBullet"/>
        <w:spacing w:after="50"/>
        <w:ind w:left="216" w:hanging="216"/>
      </w:pPr>
      <w:r>
        <w:t>Handled upset guest interactions calmly during high-pressure situations.</w:t>
      </w:r>
    </w:p>
    <w:p w14:paraId="3C1829F8" w14:textId="77777777" w:rsidR="00D01EEB" w:rsidRDefault="00000000">
      <w:pPr>
        <w:pStyle w:val="Heading1"/>
        <w:spacing w:before="140" w:after="80"/>
      </w:pPr>
      <w:r>
        <w:rPr>
          <w:rFonts w:ascii="Calibri" w:hAnsi="Calibri"/>
          <w:color w:val="285A70"/>
        </w:rPr>
        <w:t>Skills</w:t>
      </w:r>
    </w:p>
    <w:p w14:paraId="02EE82D0" w14:textId="77777777" w:rsidR="00D01EEB" w:rsidRDefault="00000000">
      <w:pPr>
        <w:keepNext w:val="0"/>
        <w:spacing w:after="40"/>
      </w:pPr>
      <w:r>
        <w:rPr>
          <w:b/>
        </w:rPr>
        <w:t>Programming:</w:t>
      </w:r>
      <w:r>
        <w:t xml:space="preserve"> Python/SQL fundamentals; C++/Java familiarity; TypeScript/JavaScript project work.</w:t>
      </w:r>
    </w:p>
    <w:p w14:paraId="64FD5B0F" w14:textId="77777777" w:rsidR="00D01EEB" w:rsidRDefault="00000000">
      <w:pPr>
        <w:keepNext w:val="0"/>
        <w:spacing w:after="40"/>
      </w:pPr>
      <w:r>
        <w:rPr>
          <w:b/>
        </w:rPr>
        <w:t>Security and detection:</w:t>
      </w:r>
      <w:r>
        <w:t xml:space="preserve"> Telemetry analysis, rule-based checks, input validation, evidence-linked reporting.</w:t>
      </w:r>
    </w:p>
    <w:p w14:paraId="E77980CB" w14:textId="77777777" w:rsidR="00D01EEB" w:rsidRDefault="00000000">
      <w:pPr>
        <w:keepNext w:val="0"/>
        <w:spacing w:after="40"/>
      </w:pPr>
      <w:r>
        <w:rPr>
          <w:b/>
        </w:rPr>
        <w:t>AI workflows:</w:t>
      </w:r>
      <w:r>
        <w:t xml:space="preserve"> Local model orchestration, structured-output validation, source checks, human approval.</w:t>
      </w:r>
    </w:p>
    <w:p w14:paraId="FE0E32AC" w14:textId="77777777" w:rsidR="00D01EEB" w:rsidRDefault="00000000">
      <w:pPr>
        <w:keepNext w:val="0"/>
        <w:spacing w:after="40"/>
      </w:pPr>
      <w:r>
        <w:rPr>
          <w:b/>
        </w:rPr>
        <w:t>Development and testing:</w:t>
      </w:r>
      <w:r>
        <w:t xml:space="preserve"> Git/GitHub, GitHub Actions, regression testing, PowerShell, Windows/Linux.</w:t>
      </w:r>
    </w:p>
    <w:p w14:paraId="D75EB4EB" w14:textId="77777777" w:rsidR="00D01EEB" w:rsidRDefault="00000000">
      <w:pPr>
        <w:keepNext w:val="0"/>
        <w:spacing w:after="40"/>
      </w:pPr>
      <w:r>
        <w:rPr>
          <w:b/>
        </w:rPr>
        <w:t>Documentation and collaboration:</w:t>
      </w:r>
      <w:r>
        <w:t xml:space="preserve"> Incident reports, witness information gathering, staff coordination, calm communication under pressure.</w:t>
      </w:r>
    </w:p>
    <w:p w14:paraId="AB78EF1A" w14:textId="77777777" w:rsidR="00D01EEB" w:rsidRDefault="00000000">
      <w:pPr>
        <w:keepNext w:val="0"/>
        <w:spacing w:after="40"/>
      </w:pPr>
      <w:r>
        <w:rPr>
          <w:b/>
        </w:rPr>
        <w:t>Languages:</w:t>
      </w:r>
      <w:r>
        <w:t xml:space="preserve"> English and Spanish.</w:t>
      </w:r>
    </w:p>
    <w:sectPr w:rsidR="00D01EEB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8855793">
    <w:abstractNumId w:val="8"/>
  </w:num>
  <w:num w:numId="2" w16cid:durableId="1415518148">
    <w:abstractNumId w:val="6"/>
  </w:num>
  <w:num w:numId="3" w16cid:durableId="1316491036">
    <w:abstractNumId w:val="5"/>
  </w:num>
  <w:num w:numId="4" w16cid:durableId="403843635">
    <w:abstractNumId w:val="4"/>
  </w:num>
  <w:num w:numId="5" w16cid:durableId="2108621394">
    <w:abstractNumId w:val="7"/>
  </w:num>
  <w:num w:numId="6" w16cid:durableId="1250234316">
    <w:abstractNumId w:val="3"/>
  </w:num>
  <w:num w:numId="7" w16cid:durableId="681786327">
    <w:abstractNumId w:val="2"/>
  </w:num>
  <w:num w:numId="8" w16cid:durableId="2141797621">
    <w:abstractNumId w:val="1"/>
  </w:num>
  <w:num w:numId="9" w16cid:durableId="830755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57EF"/>
    <w:rsid w:val="0029639D"/>
    <w:rsid w:val="00326F90"/>
    <w:rsid w:val="008244FD"/>
    <w:rsid w:val="00AA1D8D"/>
    <w:rsid w:val="00B47730"/>
    <w:rsid w:val="00CB0664"/>
    <w:rsid w:val="00D01E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B56F06"/>
  <w14:defaultImageDpi w14:val="300"/>
  <w15:docId w15:val="{5024D05C-5CA0-4212-A0B3-02BD476D8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yperlink" Target="https://github.com/seaboose/Surge" TargetMode="External"/><Relationship Id="rId9" Type="http://schemas.openxmlformats.org/officeDocument/2006/relationships/hyperlink" Target="https://github.com/seaboose/StudyStep" TargetMode="External"/><Relationship Id="rIdPortfolioLive" Type="http://schemas.openxmlformats.org/officeDocument/2006/relationships/hyperlink" Target="https://seaboose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Sebastian Marquez Software Engineering Resume</dc:title>
  <dc:subject>Information Security Portfolio Resume</dc:subject>
  <dc:creator>Sebastian Marquez</dc:creator>
  <cp:keywords/>
  <dc:description/>
  <cp:lastModifiedBy>Sebastian Marquez</cp:lastModifiedBy>
  <cp:revision>1</cp:revision>
  <dcterms:created xsi:type="dcterms:W3CDTF">2026-11-02T19:56:57Z</dcterms:created>
  <dcterms:modified xsi:type="dcterms:W3CDTF">2026-11-02T19:56:57Z</dcterms:modified>
  <cp:category/>
</cp:coreProperties>
</file>